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Al Dirigente Scolastico</w:t>
      </w:r>
    </w:p>
    <w:p>
      <w:r>
        <w:t>dell’Istituto ______________________________</w:t>
        <w:br/>
        <w:t>__________________________________________</w:t>
      </w:r>
    </w:p>
    <w:p>
      <w:pPr>
        <w:jc w:val="center"/>
      </w:pPr>
      <w:r>
        <w:rPr>
          <w:b/>
        </w:rPr>
        <w:t>Oggetto: Richiesta di aspettativa non retribuita per accettazione di incarico a tempo determinato – a.s. 2026/2027</w:t>
      </w:r>
    </w:p>
    <w:p>
      <w:r>
        <w:t>Il/La sottoscritto/a ________________________________________, nato/a a __________________________ il ________________, in servizio presso codesta Istituzione scolastica con contratto di lavoro a tempo indeterminato, in qualità di docente / personale ATA, con sede di titolarità presso codesto Istituto,</w:t>
      </w:r>
    </w:p>
    <w:p>
      <w:r>
        <w:rPr>
          <w:b/>
        </w:rPr>
        <w:t>PREMESSO CHE</w:t>
      </w:r>
    </w:p>
    <w:p>
      <w:pPr>
        <w:pStyle w:val="ListBullet"/>
      </w:pPr>
      <w:r>
        <w:t>in data 27 agosto 2026 è stato pubblicato il primo bollettino relativo alle nomine da Graduatorie Provinciali per le Supplenze (GPS) per l’a.s. 2026/2027;</w:t>
      </w:r>
    </w:p>
    <w:p>
      <w:pPr>
        <w:pStyle w:val="ListBullet"/>
      </w:pPr>
      <w:r>
        <w:t>a seguito delle suddette operazioni di nomina, al/alla sottoscritto/a è stato conferito un incarico a tempo determinato presso l’Istituzione scolastica ________________________________________, con decorrenza 1° settembre 2026 e termine 30 giugno 2027, per il profilo/classe di concorso ____________________________;</w:t>
      </w:r>
    </w:p>
    <w:p>
      <w:pPr>
        <w:pStyle w:val="ListBullet"/>
      </w:pPr>
      <w:r>
        <w:t>l’incarico è stato accettato dal/dalla sottoscritto/a;</w:t>
      </w:r>
    </w:p>
    <w:p>
      <w:r>
        <w:rPr>
          <w:b/>
        </w:rPr>
        <w:t>VISTO</w:t>
      </w:r>
    </w:p>
    <w:p>
      <w:pPr>
        <w:pStyle w:val="ListBullet"/>
      </w:pPr>
      <w:r>
        <w:t>il CCNL del Comparto Istruzione e Ricerca 2019-2021, sottoscritto in via definitiva il 18 gennaio 2024;</w:t>
      </w:r>
    </w:p>
    <w:p>
      <w:pPr>
        <w:pStyle w:val="ListBullet"/>
      </w:pPr>
      <w:r>
        <w:t>per il personale docente, l’art. 47, comma 1, che consente al personale docente con rapporto di lavoro a tempo indeterminato di accettare, nell’ambito del settore scuola, rapporti di lavoro a tempo determinato su posto intero, purché di durata non inferiore a un anno scolastico o fino al 30 giugno, mantenendo senza assegni la titolarità della sede per complessivi tre anni scolastici;</w:t>
      </w:r>
    </w:p>
    <w:p>
      <w:pPr>
        <w:pStyle w:val="ListBullet"/>
      </w:pPr>
      <w:r>
        <w:t>per il personale ATA, l’art. 70, comma 1, che disciplina analogamente l’accettazione di contratti a tempo determinato da parte del personale ATA a tempo indeterminato;</w:t>
      </w:r>
    </w:p>
    <w:p>
      <w:pPr>
        <w:pStyle w:val="ListBullet"/>
      </w:pPr>
      <w:r>
        <w:t>l’art. 47, comma 3, del medesimo CCNL per il personale docente e l’art. 70, comma 3, per il personale ATA, secondo cui l’accettazione dell’incarico comporta in ogni caso la richiesta di un periodo di aspettativa non retribuita non inferiore alla durata dell’incarico, come stabilita nell’atto di conferimento;</w:t>
      </w:r>
    </w:p>
    <w:p>
      <w:r>
        <w:rPr>
          <w:b/>
        </w:rPr>
        <w:t>CHIEDE</w:t>
      </w:r>
    </w:p>
    <w:p>
      <w:pPr/>
      <w:r>
        <w:t>alla S.V. di essere collocato/a in aspettativa non retribuita, ai sensi della normativa contrattuale sopra richiamata, per la durata dell’incarico a tempo determinato conferito, e precisamente dal 1° settembre 2026 al 30 giugno 2027, al fine di poter svolgere l’attività lavorativa connessa al predetto incarico.</w:t>
      </w:r>
    </w:p>
    <w:p>
      <w:pPr/>
      <w:r>
        <w:t>La presente richiesta è formulata con contestuale mantenimento della titolarità della sede di servizio presso codesta Istituzione scolastica, nei termini e nei limiti previsti dal vigente CCNL.</w:t>
      </w:r>
    </w:p>
    <w:p>
      <w:r>
        <w:t>Il/La sottoscritto/a comunica, altresì, che a decorrere dal 1° settembre 2026 prenderà servizio presso l’Istituzione scolastica ________________________________________, in relazione all’incarico a tempo determinato sopra indicato.</w:t>
        <w:br/>
        <w:br/>
        <w:t>Si allega alla presente copia del provvedimento/bollettino di individuazione relativo al conferimento dell’incarico.</w:t>
        <w:br/>
        <w:br/>
        <w:t>Confidando in un positivo accoglimento della presente richiesta, si resta a disposizione per ogni eventuale ulteriore adempimento amministrativo.</w:t>
      </w:r>
    </w:p>
    <w:p>
      <w:r>
        <w:br/>
        <w:t>Luogo e data, __________________________</w:t>
      </w:r>
    </w:p>
    <w:p>
      <w:r>
        <w:br/>
        <w:t>Firma</w:t>
        <w:br/>
        <w:t>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